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/>
          <w:color w:val="1769FF"/>
          <w:sz w:val="22"/>
        </w:rPr>
        <w:t>DISPLAY KOREA 2027</w:t>
      </w:r>
    </w:p>
    <w:p>
      <w:pPr>
        <w:pStyle w:val="Title"/>
        <w:spacing w:after="160"/>
        <w:jc w:val="center"/>
      </w:pPr>
      <w:r>
        <w:t>Sponsorship Application</w:t>
      </w:r>
    </w:p>
    <w:p>
      <w:pPr>
        <w:spacing w:after="280"/>
        <w:jc w:val="center"/>
      </w:pPr>
      <w:r>
        <w:t>March 11–12, 2027  |  EL Tower, Seoul</w:t>
      </w:r>
    </w:p>
    <w:p>
      <w:pPr>
        <w:spacing w:after="280"/>
      </w:pPr>
      <w:r>
        <w:t>Use this form to confirm your company’s sponsorship interest or to continue a sponsorship discussion already in progress. Final rights begin only after written agreement.</w:t>
      </w:r>
    </w:p>
    <w:p>
      <w:pPr>
        <w:spacing w:before="80" w:after="140"/>
      </w:pPr>
      <w:r>
        <w:rPr>
          <w:b/>
          <w:sz w:val="26"/>
        </w:rPr>
        <w:t>Applicant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952"/>
        <w:gridCol w:w="6696"/>
      </w:tblGrid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Company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Country or region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Contact name and position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Business email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Phone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Preferred level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  <w:t>☐ Title Partner   ☐ Platinum   ☐ Gold   ☐ Silver   ☐ Recommendation requested</w:t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Business objectives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  <w:t>Target audience, visibility, meetings, exhibition or other objectives</w:t>
            </w:r>
            <w:r>
              <w:br/>
              <w:br/>
              <w:br/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Requested benefits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br/>
              <w:br/>
              <w:br/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Preferred meeting schedule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/>
    <w:p>
      <w:pPr>
        <w:spacing w:after="120"/>
      </w:pPr>
      <w:r>
        <w:rPr>
          <w:b/>
          <w:sz w:val="26"/>
        </w:rPr>
        <w:t>Confirmation and consent</w:t>
      </w:r>
    </w:p>
    <w:p>
      <w:pPr>
        <w:spacing w:after="100"/>
      </w:pPr>
      <w:r>
        <w:t>☐ I am authorized to submit this request on behalf of the company.</w:t>
      </w:r>
    </w:p>
    <w:p>
      <w:pPr>
        <w:spacing w:after="100"/>
      </w:pPr>
      <w:r>
        <w:t>☐ I understand that speaking opportunities are reviewed separately for program relevance.</w:t>
      </w:r>
    </w:p>
    <w:p>
      <w:pPr>
        <w:spacing w:after="100"/>
      </w:pPr>
      <w:r>
        <w:t>☐ I agree to the collection and use of the submitted information for sponsorship review and follow-up.</w:t>
      </w:r>
    </w:p>
    <w:p>
      <w:r>
        <w:t>Authorized name: ______________________________    Date: ____________________</w:t>
      </w:r>
    </w:p>
    <w:p>
      <w:r>
        <w:t>Signature: _____________________________________</w:t>
      </w:r>
    </w:p>
    <w:p>
      <w:pPr>
        <w:spacing w:before="240"/>
        <w:jc w:val="center"/>
      </w:pPr>
      <w:r>
        <w:rPr>
          <w:b/>
          <w:color w:val="0B1F3A"/>
        </w:rPr>
        <w:t>Submit to display-korea@ubiresearch.com  |  +82-2-577-4390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