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color w:val="1769FF"/>
          <w:sz w:val="22"/>
        </w:rPr>
        <w:t>DISPLAY KOREA 2027</w:t>
      </w:r>
    </w:p>
    <w:p>
      <w:pPr>
        <w:pStyle w:val="Title"/>
        <w:spacing w:after="160"/>
        <w:jc w:val="center"/>
      </w:pPr>
      <w:r>
        <w:t>Speaker Proposal</w:t>
      </w:r>
    </w:p>
    <w:p>
      <w:pPr>
        <w:spacing w:after="280"/>
        <w:jc w:val="center"/>
      </w:pPr>
      <w:r>
        <w:t>March 11–12, 2027  |  EL Tower, Seoul</w:t>
      </w:r>
    </w:p>
    <w:p>
      <w:pPr>
        <w:spacing w:after="280"/>
      </w:pPr>
      <w:r>
        <w:t>Use this form to propose a presentation that helps industry leaders make a technology, product or business decision. Sales promotion alone is not accepted.</w:t>
      </w:r>
    </w:p>
    <w:p>
      <w:pPr>
        <w:spacing w:before="80" w:after="140"/>
      </w:pPr>
      <w:r>
        <w:rPr>
          <w:b/>
          <w:sz w:val="26"/>
        </w:rPr>
        <w:t>Applicant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952"/>
        <w:gridCol w:w="6696"/>
      </w:tblGrid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Company or organization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Country or region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Speaker name and position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Business email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Phone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Program topic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  <w:t>☐ OLED   ☐ MicroLED   ☐ MiniLED   ☐ XR   ☐ Automotive   ☐ Set product strategy   ☐ Other</w:t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Presentation title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Abstract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  <w:t>Issue, evidence, conclusion and implications</w:t>
            </w:r>
            <w:r>
              <w:br/>
              <w:br/>
              <w:br/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Speaker biography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br/>
              <w:br/>
              <w:br/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Presentation format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  <w:t>☐ Keynote/company presentation   ☐ Exhibitor presentation   ☐ Recommendation requested</w:t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Additional information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br/>
              <w:br/>
              <w:br/>
            </w:r>
          </w:p>
        </w:tc>
      </w:tr>
    </w:tbl>
    <w:p/>
    <w:p>
      <w:pPr>
        <w:spacing w:after="120"/>
      </w:pPr>
      <w:r>
        <w:rPr>
          <w:b/>
          <w:sz w:val="26"/>
        </w:rPr>
        <w:t>Confirmation and consent</w:t>
      </w:r>
    </w:p>
    <w:p>
      <w:pPr>
        <w:spacing w:after="100"/>
      </w:pPr>
      <w:r>
        <w:t>☐ I confirm that the proposed content is accurate and suitable for program review.</w:t>
      </w:r>
    </w:p>
    <w:p>
      <w:pPr>
        <w:spacing w:after="100"/>
      </w:pPr>
      <w:r>
        <w:t>☐ I understand that selection is based on relevance, evidence and neutrality.</w:t>
      </w:r>
    </w:p>
    <w:p>
      <w:pPr>
        <w:spacing w:after="100"/>
      </w:pPr>
      <w:r>
        <w:t>☐ I agree to the collection and use of the submitted information for speaker review and follow-up.</w:t>
      </w:r>
    </w:p>
    <w:p>
      <w:r>
        <w:t>Authorized name: ______________________________    Date: ____________________</w:t>
      </w:r>
    </w:p>
    <w:p>
      <w:r>
        <w:t>Signature: _____________________________________</w:t>
      </w:r>
    </w:p>
    <w:p>
      <w:pPr>
        <w:spacing w:before="240"/>
        <w:jc w:val="center"/>
      </w:pPr>
      <w:r>
        <w:rPr>
          <w:b/>
          <w:color w:val="0B1F3A"/>
        </w:rPr>
        <w:t>Submit to display-korea@ubiresearch.com  |  +82-2-577-4390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