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Arial" w:hAnsi="Arial"/>
          <w:b/>
          <w:color w:val="1769FF"/>
          <w:sz w:val="22"/>
        </w:rPr>
        <w:t>DISPLAY KOREA 2027</w:t>
      </w:r>
    </w:p>
    <w:p>
      <w:pPr>
        <w:pStyle w:val="Title"/>
        <w:spacing w:after="160"/>
        <w:jc w:val="center"/>
      </w:pPr>
      <w:r>
        <w:t>Exhibition Application</w:t>
      </w:r>
    </w:p>
    <w:p>
      <w:pPr>
        <w:spacing w:after="280"/>
        <w:jc w:val="center"/>
      </w:pPr>
      <w:r>
        <w:t>March 11–12, 2027  |  EL Tower, Seoul</w:t>
      </w:r>
    </w:p>
    <w:p>
      <w:pPr>
        <w:spacing w:after="280"/>
      </w:pPr>
      <w:r>
        <w:t>Use this form to request an exhibition space or to confirm details after an initial discussion. Space is secured only after written confirmation.</w:t>
      </w:r>
    </w:p>
    <w:p>
      <w:pPr>
        <w:spacing w:before="80" w:after="140"/>
      </w:pPr>
      <w:r>
        <w:rPr>
          <w:b/>
          <w:sz w:val="26"/>
        </w:rPr>
        <w:t>Applicant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952"/>
        <w:gridCol w:w="6696"/>
      </w:tblGrid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Company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Country or region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Contact name and position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Business email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Phone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Company website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Exhibit category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  <w:t>☐ OLED   ☐ MicroLED   ☐ MiniLED   ☐ XR   ☐ Automotive   ☐ Materials   ☐ Equipment   ☐ Other</w:t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Products or solutions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Power or equipment needs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Expected booth staff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</w:p>
        </w:tc>
      </w:tr>
      <w:tr>
        <w:tc>
          <w:tcPr>
            <w:tcW w:type="dxa" w:w="2952"/>
            <w:shd w:fill="EEF4FC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0B1F3A"/>
                <w:sz w:val="20"/>
              </w:rPr>
              <w:t>Shipping or installation notes</w:t>
            </w:r>
          </w:p>
        </w:tc>
        <w:tc>
          <w:tcPr>
            <w:tcW w:type="dxa" w:w="6696"/>
            <w:vAlign w:val="center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000000"/>
                <w:sz w:val="20"/>
              </w:rPr>
            </w:r>
            <w:r>
              <w:br/>
              <w:br/>
              <w:br/>
            </w:r>
          </w:p>
        </w:tc>
      </w:tr>
    </w:tbl>
    <w:p/>
    <w:p>
      <w:pPr>
        <w:spacing w:after="120"/>
      </w:pPr>
      <w:r>
        <w:rPr>
          <w:b/>
          <w:sz w:val="26"/>
        </w:rPr>
        <w:t>Confirmation and consent</w:t>
      </w:r>
    </w:p>
    <w:p>
      <w:pPr>
        <w:spacing w:after="100"/>
      </w:pPr>
      <w:r>
        <w:t>☐ I am authorized to submit this request on behalf of the company.</w:t>
      </w:r>
    </w:p>
    <w:p>
      <w:pPr>
        <w:spacing w:after="100"/>
      </w:pPr>
      <w:r>
        <w:t>☐ I understand that presentation participation is not automatically included with exhibition registration.</w:t>
      </w:r>
    </w:p>
    <w:p>
      <w:pPr>
        <w:spacing w:after="100"/>
      </w:pPr>
      <w:r>
        <w:t>☐ I agree to the collection and use of the submitted information for exhibition review and operations.</w:t>
      </w:r>
    </w:p>
    <w:p>
      <w:r>
        <w:t>Authorized name: ______________________________    Date: ____________________</w:t>
      </w:r>
    </w:p>
    <w:p>
      <w:r>
        <w:t>Signature: _____________________________________</w:t>
      </w:r>
    </w:p>
    <w:p>
      <w:pPr>
        <w:spacing w:before="240"/>
        <w:jc w:val="center"/>
      </w:pPr>
      <w:r>
        <w:rPr>
          <w:b/>
          <w:color w:val="0B1F3A"/>
        </w:rPr>
        <w:t>Submit to display-korea@ubiresearch.com  |  +82-2-577-4390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